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 w:val="0"/>
          <w:sz w:val="72"/>
        </w:rPr>
        <w:t>YAŞAM MERKEZİ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29200" cy="661941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0CD5922-CDFC-47F8-B55F-A60A620332F6.jpe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6619410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